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8D6" w:rsidRPr="002248D6" w:rsidRDefault="002248D6" w:rsidP="002248D6">
      <w:pPr>
        <w:ind w:left="6237"/>
        <w:rPr>
          <w:rFonts w:ascii="Arial" w:hAnsi="Arial"/>
          <w:bCs/>
          <w:sz w:val="24"/>
        </w:rPr>
      </w:pPr>
      <w:r w:rsidRPr="002248D6">
        <w:rPr>
          <w:rFonts w:ascii="Arial" w:hAnsi="Arial"/>
          <w:bCs/>
          <w:sz w:val="24"/>
        </w:rPr>
        <w:t xml:space="preserve">Al </w:t>
      </w:r>
      <w:proofErr w:type="spellStart"/>
      <w:r w:rsidRPr="002248D6">
        <w:rPr>
          <w:rFonts w:ascii="Arial" w:hAnsi="Arial"/>
          <w:bCs/>
          <w:sz w:val="24"/>
        </w:rPr>
        <w:t>Dirigente</w:t>
      </w:r>
      <w:proofErr w:type="spellEnd"/>
      <w:r w:rsidRPr="002248D6">
        <w:rPr>
          <w:rFonts w:ascii="Arial" w:hAnsi="Arial"/>
          <w:bCs/>
          <w:sz w:val="24"/>
        </w:rPr>
        <w:t xml:space="preserve"> </w:t>
      </w:r>
      <w:proofErr w:type="spellStart"/>
      <w:r w:rsidRPr="002248D6">
        <w:rPr>
          <w:rFonts w:ascii="Arial" w:hAnsi="Arial"/>
          <w:bCs/>
          <w:sz w:val="24"/>
        </w:rPr>
        <w:t>Scolastico</w:t>
      </w:r>
      <w:proofErr w:type="spellEnd"/>
      <w:r w:rsidRPr="002248D6">
        <w:rPr>
          <w:rFonts w:ascii="Arial" w:hAnsi="Arial"/>
          <w:bCs/>
          <w:sz w:val="24"/>
        </w:rPr>
        <w:t xml:space="preserve"> </w:t>
      </w:r>
    </w:p>
    <w:p w:rsidR="00AF6CD3" w:rsidRPr="002248D6" w:rsidRDefault="002248D6" w:rsidP="002248D6">
      <w:pPr>
        <w:ind w:left="6237" w:firstLine="426"/>
        <w:rPr>
          <w:bCs/>
        </w:rPr>
      </w:pPr>
      <w:r w:rsidRPr="002248D6">
        <w:rPr>
          <w:rFonts w:ascii="Arial" w:hAnsi="Arial"/>
          <w:bCs/>
          <w:sz w:val="24"/>
        </w:rPr>
        <w:t xml:space="preserve">IC Monte </w:t>
      </w:r>
      <w:proofErr w:type="spellStart"/>
      <w:r w:rsidRPr="002248D6">
        <w:rPr>
          <w:rFonts w:ascii="Arial" w:hAnsi="Arial"/>
          <w:bCs/>
          <w:sz w:val="24"/>
        </w:rPr>
        <w:t>Rosello</w:t>
      </w:r>
      <w:proofErr w:type="spellEnd"/>
      <w:r w:rsidRPr="002248D6">
        <w:rPr>
          <w:rFonts w:ascii="Arial" w:hAnsi="Arial"/>
          <w:bCs/>
          <w:sz w:val="24"/>
        </w:rPr>
        <w:t xml:space="preserve"> Alto</w:t>
      </w:r>
      <w:r w:rsidR="00000000" w:rsidRPr="002248D6">
        <w:rPr>
          <w:rFonts w:ascii="Arial" w:hAnsi="Arial"/>
          <w:bCs/>
          <w:color w:val="646464"/>
          <w:sz w:val="18"/>
        </w:rPr>
        <w:br/>
      </w:r>
    </w:p>
    <w:p w:rsidR="00AF6CD3" w:rsidRPr="002248D6" w:rsidRDefault="00000000">
      <w:pPr>
        <w:jc w:val="center"/>
        <w:rPr>
          <w:lang w:val="it-IT"/>
        </w:rPr>
      </w:pPr>
      <w:r w:rsidRPr="002248D6">
        <w:rPr>
          <w:rFonts w:ascii="Arial" w:hAnsi="Arial"/>
          <w:b/>
          <w:color w:val="1A365D"/>
          <w:sz w:val="26"/>
          <w:lang w:val="it-IT"/>
        </w:rPr>
        <w:br/>
        <w:t>RICHIESTA DI AUTORIZZAZIONE ALLO SVOLGIMENTO DI INCARICHI EXTRA-ISTITUZIONALI E LIBERA PROFESSIONE</w:t>
      </w:r>
      <w:r w:rsidRPr="002248D6">
        <w:rPr>
          <w:rFonts w:ascii="Arial" w:hAnsi="Arial"/>
          <w:b/>
          <w:color w:val="1A365D"/>
          <w:sz w:val="26"/>
          <w:lang w:val="it-IT"/>
        </w:rPr>
        <w:br/>
      </w:r>
      <w:r w:rsidRPr="002248D6">
        <w:rPr>
          <w:rFonts w:ascii="Arial" w:hAnsi="Arial"/>
          <w:i/>
          <w:color w:val="505050"/>
          <w:sz w:val="20"/>
          <w:lang w:val="it-IT"/>
        </w:rPr>
        <w:t xml:space="preserve">(Ai sensi dell'art. 53 del </w:t>
      </w:r>
      <w:proofErr w:type="spellStart"/>
      <w:r w:rsidRPr="002248D6">
        <w:rPr>
          <w:rFonts w:ascii="Arial" w:hAnsi="Arial"/>
          <w:i/>
          <w:color w:val="505050"/>
          <w:sz w:val="20"/>
          <w:lang w:val="it-IT"/>
        </w:rPr>
        <w:t>D.Lgs.</w:t>
      </w:r>
      <w:proofErr w:type="spellEnd"/>
      <w:r w:rsidRPr="002248D6">
        <w:rPr>
          <w:rFonts w:ascii="Arial" w:hAnsi="Arial"/>
          <w:i/>
          <w:color w:val="505050"/>
          <w:sz w:val="20"/>
          <w:lang w:val="it-IT"/>
        </w:rPr>
        <w:t xml:space="preserve"> 165/2001 e dell'art. 508 del </w:t>
      </w:r>
      <w:proofErr w:type="spellStart"/>
      <w:r w:rsidRPr="002248D6">
        <w:rPr>
          <w:rFonts w:ascii="Arial" w:hAnsi="Arial"/>
          <w:i/>
          <w:color w:val="505050"/>
          <w:sz w:val="20"/>
          <w:lang w:val="it-IT"/>
        </w:rPr>
        <w:t>D.Lgs.</w:t>
      </w:r>
      <w:proofErr w:type="spellEnd"/>
      <w:r w:rsidRPr="002248D6">
        <w:rPr>
          <w:rFonts w:ascii="Arial" w:hAnsi="Arial"/>
          <w:i/>
          <w:color w:val="505050"/>
          <w:sz w:val="20"/>
          <w:lang w:val="it-IT"/>
        </w:rPr>
        <w:t xml:space="preserve"> 297/1994)</w:t>
      </w:r>
      <w:r w:rsidRPr="002248D6">
        <w:rPr>
          <w:rFonts w:ascii="Arial" w:hAnsi="Arial"/>
          <w:i/>
          <w:color w:val="505050"/>
          <w:sz w:val="20"/>
          <w:lang w:val="it-IT"/>
        </w:rPr>
        <w:br/>
      </w:r>
    </w:p>
    <w:p w:rsidR="00AF6CD3" w:rsidRPr="002248D6" w:rsidRDefault="00000000">
      <w:pPr>
        <w:rPr>
          <w:lang w:val="it-IT"/>
        </w:rPr>
      </w:pPr>
      <w:r w:rsidRPr="002248D6">
        <w:rPr>
          <w:rFonts w:ascii="Arial" w:hAnsi="Arial"/>
          <w:b/>
          <w:lang w:val="it-IT"/>
        </w:rPr>
        <w:t>Al Dirigente Scolastico dell'Istituto ________________________________________</w:t>
      </w:r>
    </w:p>
    <w:p w:rsidR="00AF6CD3" w:rsidRDefault="00000000">
      <w:r>
        <w:rPr>
          <w:rFonts w:ascii="Arial" w:hAnsi="Arial"/>
          <w:b/>
          <w:color w:val="2B6CB0"/>
        </w:rPr>
        <w:t>SEZIONE 1 – DATI DEL DIPENDENTE RICHIEDENTE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6480"/>
      </w:tblGrid>
      <w:tr w:rsidR="00AF6CD3">
        <w:trPr>
          <w:jc w:val="center"/>
        </w:trPr>
        <w:tc>
          <w:tcPr>
            <w:tcW w:w="3168" w:type="dxa"/>
          </w:tcPr>
          <w:p w:rsidR="00AF6CD3" w:rsidRDefault="00000000">
            <w:r>
              <w:rPr>
                <w:rFonts w:ascii="Arial" w:hAnsi="Arial"/>
                <w:b/>
                <w:sz w:val="19"/>
              </w:rPr>
              <w:t>Cognome e Nome:</w:t>
            </w:r>
          </w:p>
        </w:tc>
        <w:tc>
          <w:tcPr>
            <w:tcW w:w="6480" w:type="dxa"/>
          </w:tcPr>
          <w:p w:rsidR="00AF6CD3" w:rsidRDefault="00000000">
            <w:r>
              <w:rPr>
                <w:rFonts w:ascii="Arial" w:hAnsi="Arial"/>
                <w:sz w:val="19"/>
              </w:rPr>
              <w:t>________________________________________</w:t>
            </w:r>
          </w:p>
        </w:tc>
      </w:tr>
      <w:tr w:rsidR="00AF6CD3">
        <w:trPr>
          <w:jc w:val="center"/>
        </w:trPr>
        <w:tc>
          <w:tcPr>
            <w:tcW w:w="3168" w:type="dxa"/>
          </w:tcPr>
          <w:p w:rsidR="00AF6CD3" w:rsidRDefault="00000000">
            <w:r>
              <w:rPr>
                <w:rFonts w:ascii="Arial" w:hAnsi="Arial"/>
                <w:b/>
                <w:sz w:val="19"/>
              </w:rPr>
              <w:t>Codice Fiscale:</w:t>
            </w:r>
          </w:p>
        </w:tc>
        <w:tc>
          <w:tcPr>
            <w:tcW w:w="6480" w:type="dxa"/>
          </w:tcPr>
          <w:p w:rsidR="00AF6CD3" w:rsidRDefault="00000000">
            <w:r>
              <w:rPr>
                <w:rFonts w:ascii="Arial" w:hAnsi="Arial"/>
                <w:sz w:val="19"/>
              </w:rPr>
              <w:t>________________________________________</w:t>
            </w:r>
          </w:p>
        </w:tc>
      </w:tr>
      <w:tr w:rsidR="00AF6CD3" w:rsidRPr="002248D6">
        <w:trPr>
          <w:jc w:val="center"/>
        </w:trPr>
        <w:tc>
          <w:tcPr>
            <w:tcW w:w="3168" w:type="dxa"/>
          </w:tcPr>
          <w:p w:rsidR="00AF6CD3" w:rsidRDefault="00000000">
            <w:r>
              <w:rPr>
                <w:rFonts w:ascii="Arial" w:hAnsi="Arial"/>
                <w:b/>
                <w:sz w:val="19"/>
              </w:rPr>
              <w:t>Qualifica / Profilo:</w:t>
            </w:r>
          </w:p>
        </w:tc>
        <w:tc>
          <w:tcPr>
            <w:tcW w:w="6480" w:type="dxa"/>
          </w:tcPr>
          <w:p w:rsidR="00AF6CD3" w:rsidRPr="002248D6" w:rsidRDefault="00000000">
            <w:pPr>
              <w:rPr>
                <w:lang w:val="it-IT"/>
              </w:rPr>
            </w:pPr>
            <w:proofErr w:type="gramStart"/>
            <w:r w:rsidRPr="002248D6">
              <w:rPr>
                <w:rFonts w:ascii="Arial" w:hAnsi="Arial"/>
                <w:sz w:val="19"/>
                <w:lang w:val="it-IT"/>
              </w:rPr>
              <w:t>[  ]</w:t>
            </w:r>
            <w:proofErr w:type="gramEnd"/>
            <w:r w:rsidRPr="002248D6">
              <w:rPr>
                <w:rFonts w:ascii="Arial" w:hAnsi="Arial"/>
                <w:sz w:val="19"/>
                <w:lang w:val="it-IT"/>
              </w:rPr>
              <w:t xml:space="preserve"> Docente Scuola Infanzia / Primaria</w:t>
            </w:r>
            <w:r w:rsidRPr="002248D6">
              <w:rPr>
                <w:rFonts w:ascii="Arial" w:hAnsi="Arial"/>
                <w:sz w:val="19"/>
                <w:lang w:val="it-IT"/>
              </w:rPr>
              <w:br/>
              <w:t>[  ] Docente Scuola Sec. I Grado (Classe concorso: ______)</w:t>
            </w:r>
            <w:r w:rsidRPr="002248D6">
              <w:rPr>
                <w:rFonts w:ascii="Arial" w:hAnsi="Arial"/>
                <w:sz w:val="19"/>
                <w:lang w:val="it-IT"/>
              </w:rPr>
              <w:br/>
              <w:t>[  ] Docente Scuola Sec. II Grado (Classe concorso: ______)</w:t>
            </w:r>
            <w:r w:rsidRPr="002248D6">
              <w:rPr>
                <w:rFonts w:ascii="Arial" w:hAnsi="Arial"/>
                <w:sz w:val="19"/>
                <w:lang w:val="it-IT"/>
              </w:rPr>
              <w:br/>
              <w:t>[  ] Personale A.T.A. (Profilo: ________________________)</w:t>
            </w:r>
          </w:p>
        </w:tc>
      </w:tr>
      <w:tr w:rsidR="00AF6CD3">
        <w:trPr>
          <w:jc w:val="center"/>
        </w:trPr>
        <w:tc>
          <w:tcPr>
            <w:tcW w:w="3168" w:type="dxa"/>
          </w:tcPr>
          <w:p w:rsidR="00AF6CD3" w:rsidRDefault="00000000">
            <w:r>
              <w:rPr>
                <w:rFonts w:ascii="Arial" w:hAnsi="Arial"/>
                <w:b/>
                <w:sz w:val="19"/>
              </w:rPr>
              <w:t xml:space="preserve">Regime di </w:t>
            </w:r>
            <w:proofErr w:type="spellStart"/>
            <w:r>
              <w:rPr>
                <w:rFonts w:ascii="Arial" w:hAnsi="Arial"/>
                <w:b/>
                <w:sz w:val="19"/>
              </w:rPr>
              <w:t>Lavoro</w:t>
            </w:r>
            <w:proofErr w:type="spellEnd"/>
            <w:r>
              <w:rPr>
                <w:rFonts w:ascii="Arial" w:hAnsi="Arial"/>
                <w:b/>
                <w:sz w:val="19"/>
              </w:rPr>
              <w:t>:</w:t>
            </w:r>
          </w:p>
        </w:tc>
        <w:tc>
          <w:tcPr>
            <w:tcW w:w="6480" w:type="dxa"/>
          </w:tcPr>
          <w:p w:rsidR="00AF6CD3" w:rsidRDefault="00000000">
            <w:r>
              <w:rPr>
                <w:rFonts w:ascii="Arial" w:hAnsi="Arial"/>
                <w:sz w:val="19"/>
              </w:rPr>
              <w:t>[  ] Tempo Pieno / Cattedra Intera</w:t>
            </w:r>
            <w:r>
              <w:rPr>
                <w:rFonts w:ascii="Arial" w:hAnsi="Arial"/>
                <w:sz w:val="19"/>
              </w:rPr>
              <w:br/>
              <w:t>[  ] Part-Time &lt;= 50% (n. ___ ore/sett)</w:t>
            </w:r>
            <w:r>
              <w:rPr>
                <w:rFonts w:ascii="Arial" w:hAnsi="Arial"/>
                <w:sz w:val="19"/>
              </w:rPr>
              <w:br/>
              <w:t>[  ] Part-Time &gt; 50% (n. ___ ore/sett)</w:t>
            </w:r>
          </w:p>
        </w:tc>
      </w:tr>
      <w:tr w:rsidR="00AF6CD3" w:rsidRPr="002248D6">
        <w:trPr>
          <w:jc w:val="center"/>
        </w:trPr>
        <w:tc>
          <w:tcPr>
            <w:tcW w:w="3168" w:type="dxa"/>
          </w:tcPr>
          <w:p w:rsidR="00AF6CD3" w:rsidRDefault="00000000">
            <w:r>
              <w:rPr>
                <w:rFonts w:ascii="Arial" w:hAnsi="Arial"/>
                <w:b/>
                <w:sz w:val="19"/>
              </w:rPr>
              <w:t>Tipo Contratto:</w:t>
            </w:r>
          </w:p>
        </w:tc>
        <w:tc>
          <w:tcPr>
            <w:tcW w:w="6480" w:type="dxa"/>
          </w:tcPr>
          <w:p w:rsidR="00AF6CD3" w:rsidRPr="002248D6" w:rsidRDefault="00000000">
            <w:pPr>
              <w:rPr>
                <w:lang w:val="it-IT"/>
              </w:rPr>
            </w:pPr>
            <w:proofErr w:type="gramStart"/>
            <w:r w:rsidRPr="002248D6">
              <w:rPr>
                <w:rFonts w:ascii="Arial" w:hAnsi="Arial"/>
                <w:sz w:val="19"/>
                <w:lang w:val="it-IT"/>
              </w:rPr>
              <w:t>[  ]</w:t>
            </w:r>
            <w:proofErr w:type="gramEnd"/>
            <w:r w:rsidRPr="002248D6">
              <w:rPr>
                <w:rFonts w:ascii="Arial" w:hAnsi="Arial"/>
                <w:sz w:val="19"/>
                <w:lang w:val="it-IT"/>
              </w:rPr>
              <w:t xml:space="preserve"> Tempo Indeterminato     [  ] Tempo Determinato (scadenza: ___/___/________)</w:t>
            </w:r>
          </w:p>
        </w:tc>
      </w:tr>
      <w:tr w:rsidR="00AF6CD3">
        <w:trPr>
          <w:jc w:val="center"/>
        </w:trPr>
        <w:tc>
          <w:tcPr>
            <w:tcW w:w="3168" w:type="dxa"/>
          </w:tcPr>
          <w:p w:rsidR="00AF6CD3" w:rsidRDefault="00000000">
            <w:proofErr w:type="spellStart"/>
            <w:r>
              <w:rPr>
                <w:rFonts w:ascii="Arial" w:hAnsi="Arial"/>
                <w:b/>
                <w:sz w:val="19"/>
              </w:rPr>
              <w:t>Contatti</w:t>
            </w:r>
            <w:proofErr w:type="spellEnd"/>
            <w:r>
              <w:rPr>
                <w:rFonts w:ascii="Arial" w:hAnsi="Arial"/>
                <w:b/>
                <w:sz w:val="19"/>
              </w:rPr>
              <w:t>:</w:t>
            </w:r>
          </w:p>
        </w:tc>
        <w:tc>
          <w:tcPr>
            <w:tcW w:w="6480" w:type="dxa"/>
          </w:tcPr>
          <w:p w:rsidR="00AF6CD3" w:rsidRDefault="00000000">
            <w:r>
              <w:rPr>
                <w:rFonts w:ascii="Arial" w:hAnsi="Arial"/>
                <w:sz w:val="19"/>
              </w:rPr>
              <w:t>Tel/Cell: ________________________ E-mail: ________________________</w:t>
            </w:r>
          </w:p>
        </w:tc>
      </w:tr>
    </w:tbl>
    <w:p w:rsidR="00AF6CD3" w:rsidRDefault="00000000">
      <w:r>
        <w:rPr>
          <w:rFonts w:ascii="Arial" w:hAnsi="Arial"/>
          <w:b/>
          <w:color w:val="2B6CB0"/>
        </w:rPr>
        <w:br/>
        <w:t>SEZIONE 2 – TIPOLOGIA DELL'ATTIVITÀ EXTRA-ISTITUZIONALE</w:t>
      </w:r>
    </w:p>
    <w:p w:rsidR="00AF6CD3" w:rsidRPr="002248D6" w:rsidRDefault="00000000">
      <w:pPr>
        <w:rPr>
          <w:lang w:val="it-IT"/>
        </w:rPr>
      </w:pPr>
      <w:r w:rsidRPr="002248D6">
        <w:rPr>
          <w:rFonts w:ascii="Arial" w:hAnsi="Arial"/>
          <w:sz w:val="20"/>
          <w:lang w:val="it-IT"/>
        </w:rPr>
        <w:t>Il/La sottoscritto/a CHIEDE L'AUTORIZZAZIONE allo svolgimento della seguente attività (selezionare la voce pertinente):</w:t>
      </w:r>
    </w:p>
    <w:p w:rsidR="00AF6CD3" w:rsidRPr="002248D6" w:rsidRDefault="00000000">
      <w:pPr>
        <w:pStyle w:val="Puntoelenco"/>
        <w:rPr>
          <w:lang w:val="it-IT"/>
        </w:rPr>
      </w:pPr>
      <w:proofErr w:type="gramStart"/>
      <w:r w:rsidRPr="002248D6">
        <w:rPr>
          <w:rFonts w:ascii="Arial" w:hAnsi="Arial"/>
          <w:sz w:val="19"/>
          <w:lang w:val="it-IT"/>
        </w:rPr>
        <w:t>[  ]</w:t>
      </w:r>
      <w:proofErr w:type="gramEnd"/>
      <w:r w:rsidRPr="002248D6">
        <w:rPr>
          <w:rFonts w:ascii="Arial" w:hAnsi="Arial"/>
          <w:sz w:val="19"/>
          <w:lang w:val="it-IT"/>
        </w:rPr>
        <w:t xml:space="preserve"> Esercizio della Libera Professione: Iscrizione all'Albo/Ordine professionale dei/degli ____________________________________ della Provincia di _________________ n. iscrizione ________.</w:t>
      </w:r>
    </w:p>
    <w:p w:rsidR="00AF6CD3" w:rsidRPr="002248D6" w:rsidRDefault="00000000">
      <w:pPr>
        <w:pStyle w:val="Puntoelenco"/>
        <w:rPr>
          <w:lang w:val="it-IT"/>
        </w:rPr>
      </w:pPr>
      <w:proofErr w:type="gramStart"/>
      <w:r w:rsidRPr="002248D6">
        <w:rPr>
          <w:rFonts w:ascii="Arial" w:hAnsi="Arial"/>
          <w:sz w:val="19"/>
          <w:lang w:val="it-IT"/>
        </w:rPr>
        <w:t>[  ]</w:t>
      </w:r>
      <w:proofErr w:type="gramEnd"/>
      <w:r w:rsidRPr="002248D6">
        <w:rPr>
          <w:rFonts w:ascii="Arial" w:hAnsi="Arial"/>
          <w:sz w:val="19"/>
          <w:lang w:val="it-IT"/>
        </w:rPr>
        <w:t xml:space="preserve"> Incarico di Collaborazione Occasionale o Professionale: Svolgimento di prestazioni d'opera o consulenze tecniche/specialistiche.</w:t>
      </w:r>
    </w:p>
    <w:p w:rsidR="00AF6CD3" w:rsidRPr="002248D6" w:rsidRDefault="00000000">
      <w:pPr>
        <w:pStyle w:val="Puntoelenco"/>
        <w:rPr>
          <w:lang w:val="it-IT"/>
        </w:rPr>
      </w:pPr>
      <w:proofErr w:type="gramStart"/>
      <w:r w:rsidRPr="002248D6">
        <w:rPr>
          <w:rFonts w:ascii="Arial" w:hAnsi="Arial"/>
          <w:sz w:val="19"/>
          <w:lang w:val="it-IT"/>
        </w:rPr>
        <w:t>[  ]</w:t>
      </w:r>
      <w:proofErr w:type="gramEnd"/>
      <w:r w:rsidRPr="002248D6">
        <w:rPr>
          <w:rFonts w:ascii="Arial" w:hAnsi="Arial"/>
          <w:sz w:val="19"/>
          <w:lang w:val="it-IT"/>
        </w:rPr>
        <w:t xml:space="preserve"> Incarico di Docenza / Formazione / Relazione: Presso enti pubblici, università, enti di formazione accreditati o soggetti privati.</w:t>
      </w:r>
    </w:p>
    <w:p w:rsidR="00AF6CD3" w:rsidRPr="002248D6" w:rsidRDefault="00000000">
      <w:pPr>
        <w:pStyle w:val="Puntoelenco"/>
        <w:rPr>
          <w:lang w:val="it-IT"/>
        </w:rPr>
      </w:pPr>
      <w:proofErr w:type="gramStart"/>
      <w:r w:rsidRPr="002248D6">
        <w:rPr>
          <w:rFonts w:ascii="Arial" w:hAnsi="Arial"/>
          <w:sz w:val="19"/>
          <w:lang w:val="it-IT"/>
        </w:rPr>
        <w:t>[  ]</w:t>
      </w:r>
      <w:proofErr w:type="gramEnd"/>
      <w:r w:rsidRPr="002248D6">
        <w:rPr>
          <w:rFonts w:ascii="Arial" w:hAnsi="Arial"/>
          <w:sz w:val="19"/>
          <w:lang w:val="it-IT"/>
        </w:rPr>
        <w:t xml:space="preserve"> Partecipazione a Comitati Tecnico-Scientifici / Organi Collegiali Extra-scolastici.</w:t>
      </w:r>
    </w:p>
    <w:p w:rsidR="00AF6CD3" w:rsidRPr="002248D6" w:rsidRDefault="00000000">
      <w:pPr>
        <w:pStyle w:val="Puntoelenco"/>
        <w:rPr>
          <w:lang w:val="it-IT"/>
        </w:rPr>
      </w:pPr>
      <w:proofErr w:type="gramStart"/>
      <w:r w:rsidRPr="002248D6">
        <w:rPr>
          <w:rFonts w:ascii="Arial" w:hAnsi="Arial"/>
          <w:sz w:val="19"/>
          <w:lang w:val="it-IT"/>
        </w:rPr>
        <w:t>[  ]</w:t>
      </w:r>
      <w:proofErr w:type="gramEnd"/>
      <w:r w:rsidRPr="002248D6">
        <w:rPr>
          <w:rFonts w:ascii="Arial" w:hAnsi="Arial"/>
          <w:sz w:val="19"/>
          <w:lang w:val="it-IT"/>
        </w:rPr>
        <w:t xml:space="preserve"> Lezioni Private / Insegnamento Privato: (Riservato ai Docenti - Art. 508 </w:t>
      </w:r>
      <w:proofErr w:type="spellStart"/>
      <w:r w:rsidRPr="002248D6">
        <w:rPr>
          <w:rFonts w:ascii="Arial" w:hAnsi="Arial"/>
          <w:sz w:val="19"/>
          <w:lang w:val="it-IT"/>
        </w:rPr>
        <w:t>D.Lgs.</w:t>
      </w:r>
      <w:proofErr w:type="spellEnd"/>
      <w:r w:rsidRPr="002248D6">
        <w:rPr>
          <w:rFonts w:ascii="Arial" w:hAnsi="Arial"/>
          <w:sz w:val="19"/>
          <w:lang w:val="it-IT"/>
        </w:rPr>
        <w:t xml:space="preserve"> 297/94: si precisa che le lezioni non saranno rese ad alunni del proprio istituto).</w:t>
      </w:r>
    </w:p>
    <w:p w:rsidR="00AF6CD3" w:rsidRDefault="00000000">
      <w:pPr>
        <w:pStyle w:val="Puntoelenco"/>
      </w:pPr>
      <w:proofErr w:type="gramStart"/>
      <w:r>
        <w:rPr>
          <w:rFonts w:ascii="Arial" w:hAnsi="Arial"/>
          <w:sz w:val="19"/>
        </w:rPr>
        <w:t>[  ]</w:t>
      </w:r>
      <w:proofErr w:type="gramEnd"/>
      <w:r>
        <w:rPr>
          <w:rFonts w:ascii="Arial" w:hAnsi="Arial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Altro</w:t>
      </w:r>
      <w:proofErr w:type="spellEnd"/>
      <w:r>
        <w:rPr>
          <w:rFonts w:ascii="Arial" w:hAnsi="Arial"/>
          <w:sz w:val="19"/>
        </w:rPr>
        <w:t>: ________________________________________________________________________________.</w:t>
      </w:r>
    </w:p>
    <w:p w:rsidR="00AF6CD3" w:rsidRPr="002248D6" w:rsidRDefault="00000000">
      <w:pPr>
        <w:rPr>
          <w:lang w:val="it-IT"/>
        </w:rPr>
      </w:pPr>
      <w:r w:rsidRPr="002248D6">
        <w:rPr>
          <w:rFonts w:ascii="Arial" w:hAnsi="Arial"/>
          <w:b/>
          <w:color w:val="2B6CB0"/>
          <w:lang w:val="it-IT"/>
        </w:rPr>
        <w:lastRenderedPageBreak/>
        <w:br/>
        <w:t>SEZIONE 3 – DETTAGLI E MODALITÀ DI SVOLGIMENTO DELL'INCARICO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82"/>
        <w:gridCol w:w="8670"/>
      </w:tblGrid>
      <w:tr w:rsidR="00AF6CD3" w:rsidRPr="002248D6">
        <w:trPr>
          <w:jc w:val="center"/>
        </w:trPr>
        <w:tc>
          <w:tcPr>
            <w:tcW w:w="3312" w:type="dxa"/>
          </w:tcPr>
          <w:p w:rsidR="00AF6CD3" w:rsidRDefault="00000000">
            <w:proofErr w:type="spellStart"/>
            <w:r>
              <w:rPr>
                <w:rFonts w:ascii="Arial" w:hAnsi="Arial"/>
                <w:b/>
                <w:sz w:val="19"/>
              </w:rPr>
              <w:t>Soggetto</w:t>
            </w:r>
            <w:proofErr w:type="spellEnd"/>
            <w:r>
              <w:rPr>
                <w:rFonts w:ascii="Arial" w:hAnsi="Arial"/>
                <w:b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9"/>
              </w:rPr>
              <w:t>Conferente</w:t>
            </w:r>
            <w:proofErr w:type="spellEnd"/>
            <w:r>
              <w:rPr>
                <w:rFonts w:ascii="Arial" w:hAnsi="Arial"/>
                <w:b/>
                <w:sz w:val="19"/>
              </w:rPr>
              <w:t xml:space="preserve"> / </w:t>
            </w:r>
            <w:proofErr w:type="spellStart"/>
            <w:r>
              <w:rPr>
                <w:rFonts w:ascii="Arial" w:hAnsi="Arial"/>
                <w:b/>
                <w:sz w:val="19"/>
              </w:rPr>
              <w:t>Committente</w:t>
            </w:r>
            <w:proofErr w:type="spellEnd"/>
            <w:r>
              <w:rPr>
                <w:rFonts w:ascii="Arial" w:hAnsi="Arial"/>
                <w:b/>
                <w:sz w:val="19"/>
              </w:rPr>
              <w:t>:</w:t>
            </w:r>
          </w:p>
        </w:tc>
        <w:tc>
          <w:tcPr>
            <w:tcW w:w="6336" w:type="dxa"/>
          </w:tcPr>
          <w:p w:rsidR="00AF6CD3" w:rsidRPr="002248D6" w:rsidRDefault="00000000">
            <w:pPr>
              <w:rPr>
                <w:lang w:val="it-IT"/>
              </w:rPr>
            </w:pPr>
            <w:r w:rsidRPr="002248D6">
              <w:rPr>
                <w:rFonts w:ascii="Arial" w:hAnsi="Arial"/>
                <w:sz w:val="19"/>
                <w:lang w:val="it-IT"/>
              </w:rPr>
              <w:t>Denominazione/Ragione Sociale: ________________________________________</w:t>
            </w:r>
            <w:r w:rsidRPr="002248D6">
              <w:rPr>
                <w:rFonts w:ascii="Arial" w:hAnsi="Arial"/>
                <w:sz w:val="19"/>
                <w:lang w:val="it-IT"/>
              </w:rPr>
              <w:br/>
              <w:t>Codice Fiscale / P.IVA: ________________________________________</w:t>
            </w:r>
            <w:r w:rsidRPr="002248D6">
              <w:rPr>
                <w:rFonts w:ascii="Arial" w:hAnsi="Arial"/>
                <w:sz w:val="19"/>
                <w:lang w:val="it-IT"/>
              </w:rPr>
              <w:br/>
              <w:t>Sede legale: Via ______________________ Città ____________________</w:t>
            </w:r>
          </w:p>
        </w:tc>
      </w:tr>
      <w:tr w:rsidR="00AF6CD3">
        <w:trPr>
          <w:jc w:val="center"/>
        </w:trPr>
        <w:tc>
          <w:tcPr>
            <w:tcW w:w="3312" w:type="dxa"/>
          </w:tcPr>
          <w:p w:rsidR="00AF6CD3" w:rsidRDefault="00000000">
            <w:proofErr w:type="spellStart"/>
            <w:r>
              <w:rPr>
                <w:rFonts w:ascii="Arial" w:hAnsi="Arial"/>
                <w:b/>
                <w:sz w:val="19"/>
              </w:rPr>
              <w:t>Oggetto</w:t>
            </w:r>
            <w:proofErr w:type="spellEnd"/>
            <w:r>
              <w:rPr>
                <w:rFonts w:ascii="Arial" w:hAnsi="Arial"/>
                <w:b/>
                <w:sz w:val="19"/>
              </w:rPr>
              <w:t xml:space="preserve"> e </w:t>
            </w:r>
            <w:proofErr w:type="spellStart"/>
            <w:r>
              <w:rPr>
                <w:rFonts w:ascii="Arial" w:hAnsi="Arial"/>
                <w:b/>
                <w:sz w:val="19"/>
              </w:rPr>
              <w:t>Descrizione</w:t>
            </w:r>
            <w:proofErr w:type="spellEnd"/>
            <w:r>
              <w:rPr>
                <w:rFonts w:ascii="Arial" w:hAnsi="Arial"/>
                <w:b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9"/>
              </w:rPr>
              <w:t>Attività</w:t>
            </w:r>
            <w:proofErr w:type="spellEnd"/>
            <w:r>
              <w:rPr>
                <w:rFonts w:ascii="Arial" w:hAnsi="Arial"/>
                <w:b/>
                <w:sz w:val="19"/>
              </w:rPr>
              <w:t>:</w:t>
            </w:r>
          </w:p>
        </w:tc>
        <w:tc>
          <w:tcPr>
            <w:tcW w:w="6336" w:type="dxa"/>
          </w:tcPr>
          <w:p w:rsidR="00AF6CD3" w:rsidRDefault="00000000">
            <w:r>
              <w:rPr>
                <w:rFonts w:ascii="Arial" w:hAnsi="Arial"/>
                <w:sz w:val="19"/>
              </w:rPr>
              <w:t>________________________________________________________________________________</w:t>
            </w:r>
            <w:r>
              <w:rPr>
                <w:rFonts w:ascii="Arial" w:hAnsi="Arial"/>
                <w:sz w:val="19"/>
              </w:rPr>
              <w:br/>
              <w:t>________________________________________________________________________________</w:t>
            </w:r>
          </w:p>
        </w:tc>
      </w:tr>
      <w:tr w:rsidR="00AF6CD3" w:rsidRPr="002248D6">
        <w:trPr>
          <w:jc w:val="center"/>
        </w:trPr>
        <w:tc>
          <w:tcPr>
            <w:tcW w:w="3312" w:type="dxa"/>
          </w:tcPr>
          <w:p w:rsidR="00AF6CD3" w:rsidRDefault="00000000">
            <w:r>
              <w:rPr>
                <w:rFonts w:ascii="Arial" w:hAnsi="Arial"/>
                <w:b/>
                <w:sz w:val="19"/>
              </w:rPr>
              <w:t>Periodo di Svolgimento:</w:t>
            </w:r>
          </w:p>
        </w:tc>
        <w:tc>
          <w:tcPr>
            <w:tcW w:w="6336" w:type="dxa"/>
          </w:tcPr>
          <w:p w:rsidR="00AF6CD3" w:rsidRPr="002248D6" w:rsidRDefault="00000000">
            <w:pPr>
              <w:rPr>
                <w:lang w:val="it-IT"/>
              </w:rPr>
            </w:pPr>
            <w:r w:rsidRPr="002248D6">
              <w:rPr>
                <w:rFonts w:ascii="Arial" w:hAnsi="Arial"/>
                <w:sz w:val="19"/>
                <w:lang w:val="it-IT"/>
              </w:rPr>
              <w:t>Dal ___/___/________ al ___/___/________ (oppure per l'A.S. 2026/2027)</w:t>
            </w:r>
          </w:p>
        </w:tc>
      </w:tr>
      <w:tr w:rsidR="00AF6CD3" w:rsidRPr="002248D6">
        <w:trPr>
          <w:jc w:val="center"/>
        </w:trPr>
        <w:tc>
          <w:tcPr>
            <w:tcW w:w="3312" w:type="dxa"/>
          </w:tcPr>
          <w:p w:rsidR="00AF6CD3" w:rsidRDefault="00000000">
            <w:proofErr w:type="spellStart"/>
            <w:r>
              <w:rPr>
                <w:rFonts w:ascii="Arial" w:hAnsi="Arial"/>
                <w:b/>
                <w:sz w:val="19"/>
              </w:rPr>
              <w:t>Impegno</w:t>
            </w:r>
            <w:proofErr w:type="spellEnd"/>
            <w:r>
              <w:rPr>
                <w:rFonts w:ascii="Arial" w:hAnsi="Arial"/>
                <w:b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9"/>
              </w:rPr>
              <w:t>Orario</w:t>
            </w:r>
            <w:proofErr w:type="spellEnd"/>
            <w:r>
              <w:rPr>
                <w:rFonts w:ascii="Arial" w:hAnsi="Arial"/>
                <w:b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9"/>
              </w:rPr>
              <w:t>Presunto</w:t>
            </w:r>
            <w:proofErr w:type="spellEnd"/>
            <w:r>
              <w:rPr>
                <w:rFonts w:ascii="Arial" w:hAnsi="Arial"/>
                <w:b/>
                <w:sz w:val="19"/>
              </w:rPr>
              <w:t>:</w:t>
            </w:r>
          </w:p>
        </w:tc>
        <w:tc>
          <w:tcPr>
            <w:tcW w:w="6336" w:type="dxa"/>
          </w:tcPr>
          <w:p w:rsidR="00AF6CD3" w:rsidRPr="002248D6" w:rsidRDefault="00000000">
            <w:pPr>
              <w:rPr>
                <w:lang w:val="it-IT"/>
              </w:rPr>
            </w:pPr>
            <w:r w:rsidRPr="002248D6">
              <w:rPr>
                <w:rFonts w:ascii="Arial" w:hAnsi="Arial"/>
                <w:sz w:val="19"/>
                <w:lang w:val="it-IT"/>
              </w:rPr>
              <w:t>Totale ore previste: ______     Ore settimanali presunte: ______</w:t>
            </w:r>
          </w:p>
        </w:tc>
      </w:tr>
      <w:tr w:rsidR="00AF6CD3">
        <w:trPr>
          <w:jc w:val="center"/>
        </w:trPr>
        <w:tc>
          <w:tcPr>
            <w:tcW w:w="3312" w:type="dxa"/>
          </w:tcPr>
          <w:p w:rsidR="00AF6CD3" w:rsidRPr="002248D6" w:rsidRDefault="00000000">
            <w:pPr>
              <w:rPr>
                <w:lang w:val="it-IT"/>
              </w:rPr>
            </w:pPr>
            <w:r w:rsidRPr="002248D6">
              <w:rPr>
                <w:rFonts w:ascii="Arial" w:hAnsi="Arial"/>
                <w:b/>
                <w:sz w:val="19"/>
                <w:lang w:val="it-IT"/>
              </w:rPr>
              <w:t>Giorni e Orari di Svolgimento:</w:t>
            </w:r>
          </w:p>
        </w:tc>
        <w:tc>
          <w:tcPr>
            <w:tcW w:w="6336" w:type="dxa"/>
          </w:tcPr>
          <w:p w:rsidR="00AF6CD3" w:rsidRDefault="00000000">
            <w:r>
              <w:rPr>
                <w:rFonts w:ascii="Arial" w:hAnsi="Arial"/>
                <w:sz w:val="19"/>
              </w:rPr>
              <w:t>________________________________________________________________________________</w:t>
            </w:r>
          </w:p>
        </w:tc>
      </w:tr>
      <w:tr w:rsidR="00AF6CD3" w:rsidRPr="002248D6">
        <w:trPr>
          <w:jc w:val="center"/>
        </w:trPr>
        <w:tc>
          <w:tcPr>
            <w:tcW w:w="3312" w:type="dxa"/>
          </w:tcPr>
          <w:p w:rsidR="00AF6CD3" w:rsidRDefault="00000000">
            <w:r>
              <w:rPr>
                <w:rFonts w:ascii="Arial" w:hAnsi="Arial"/>
                <w:b/>
                <w:sz w:val="19"/>
              </w:rPr>
              <w:t>Compenso Lordo Previsto / Presunto:</w:t>
            </w:r>
          </w:p>
        </w:tc>
        <w:tc>
          <w:tcPr>
            <w:tcW w:w="6336" w:type="dxa"/>
          </w:tcPr>
          <w:p w:rsidR="00AF6CD3" w:rsidRPr="002248D6" w:rsidRDefault="00000000">
            <w:pPr>
              <w:rPr>
                <w:lang w:val="it-IT"/>
              </w:rPr>
            </w:pPr>
            <w:proofErr w:type="gramStart"/>
            <w:r w:rsidRPr="002248D6">
              <w:rPr>
                <w:rFonts w:ascii="Arial" w:hAnsi="Arial"/>
                <w:sz w:val="19"/>
                <w:lang w:val="it-IT"/>
              </w:rPr>
              <w:t>[  ]</w:t>
            </w:r>
            <w:proofErr w:type="gramEnd"/>
            <w:r w:rsidRPr="002248D6">
              <w:rPr>
                <w:rFonts w:ascii="Arial" w:hAnsi="Arial"/>
                <w:sz w:val="19"/>
                <w:lang w:val="it-IT"/>
              </w:rPr>
              <w:t xml:space="preserve"> A titolo gratuito     [  ] Oneroso: € ________________,00 (al lordo di ritenute)</w:t>
            </w:r>
          </w:p>
        </w:tc>
      </w:tr>
    </w:tbl>
    <w:p w:rsidR="00AF6CD3" w:rsidRPr="002248D6" w:rsidRDefault="00000000">
      <w:pPr>
        <w:rPr>
          <w:lang w:val="it-IT"/>
        </w:rPr>
      </w:pPr>
      <w:r w:rsidRPr="002248D6">
        <w:rPr>
          <w:rFonts w:ascii="Arial" w:hAnsi="Arial"/>
          <w:b/>
          <w:color w:val="2B6CB0"/>
          <w:lang w:val="it-IT"/>
        </w:rPr>
        <w:br/>
        <w:t>SEZIONE 4 – DICHIARAZIONI E ASSUNZIONE DI RESPONSABILITÀ (D.P.R. 445/2000)</w:t>
      </w:r>
    </w:p>
    <w:p w:rsidR="00AF6CD3" w:rsidRPr="002248D6" w:rsidRDefault="00000000">
      <w:pPr>
        <w:rPr>
          <w:lang w:val="it-IT"/>
        </w:rPr>
      </w:pPr>
      <w:r w:rsidRPr="002248D6">
        <w:rPr>
          <w:rFonts w:ascii="Arial" w:hAnsi="Arial"/>
          <w:sz w:val="20"/>
          <w:lang w:val="it-IT"/>
        </w:rPr>
        <w:t>Il/La sottoscritto/a, sotto la propria personale responsabilità, consapevole delle sanzioni penali previste dall'art. 76 del D.P.R. 445/2000 in caso di dichiarazioni mendaci, DICHIARA che l'attività extra-istituzionale sopra descritta:</w:t>
      </w:r>
    </w:p>
    <w:p w:rsidR="00AF6CD3" w:rsidRPr="002248D6" w:rsidRDefault="00000000">
      <w:pPr>
        <w:rPr>
          <w:lang w:val="it-IT"/>
        </w:rPr>
      </w:pPr>
      <w:r w:rsidRPr="002248D6">
        <w:rPr>
          <w:rFonts w:ascii="Arial" w:hAnsi="Arial"/>
          <w:b/>
          <w:sz w:val="19"/>
          <w:lang w:val="it-IT"/>
        </w:rPr>
        <w:t xml:space="preserve">1. Carattere di Saltuarietà e Occasionalità: </w:t>
      </w:r>
      <w:r w:rsidRPr="002248D6">
        <w:rPr>
          <w:rFonts w:ascii="Arial" w:hAnsi="Arial"/>
          <w:sz w:val="19"/>
          <w:lang w:val="it-IT"/>
        </w:rPr>
        <w:t>Ha carattere temporaneo ed occasionale (ovvero è connessa all'esercizio della libera professione autorizzata) e non interferisce con l'assolvimento dei doveri inerenti alla funzione docente o al profilo ATA.</w:t>
      </w:r>
    </w:p>
    <w:p w:rsidR="00AF6CD3" w:rsidRPr="002248D6" w:rsidRDefault="00000000">
      <w:pPr>
        <w:rPr>
          <w:lang w:val="it-IT"/>
        </w:rPr>
      </w:pPr>
      <w:r w:rsidRPr="002248D6">
        <w:rPr>
          <w:rFonts w:ascii="Arial" w:hAnsi="Arial"/>
          <w:b/>
          <w:sz w:val="19"/>
          <w:lang w:val="it-IT"/>
        </w:rPr>
        <w:t xml:space="preserve">2. Assenza di Conflitto di Interessi: </w:t>
      </w:r>
      <w:r w:rsidRPr="002248D6">
        <w:rPr>
          <w:rFonts w:ascii="Arial" w:hAnsi="Arial"/>
          <w:sz w:val="19"/>
          <w:lang w:val="it-IT"/>
        </w:rPr>
        <w:t>Viene svolta in piena assenza di conflitto di interessi, anche potenziale, con le attività istituzionali dell'Istituto e della Pubblica Amministrazione.</w:t>
      </w:r>
    </w:p>
    <w:p w:rsidR="00AF6CD3" w:rsidRPr="002248D6" w:rsidRDefault="00000000">
      <w:pPr>
        <w:rPr>
          <w:lang w:val="it-IT"/>
        </w:rPr>
      </w:pPr>
      <w:r w:rsidRPr="002248D6">
        <w:rPr>
          <w:rFonts w:ascii="Arial" w:hAnsi="Arial"/>
          <w:b/>
          <w:sz w:val="19"/>
          <w:lang w:val="it-IT"/>
        </w:rPr>
        <w:t xml:space="preserve">3. Svolgimento Fuori Orario di Servizio: </w:t>
      </w:r>
      <w:r w:rsidRPr="002248D6">
        <w:rPr>
          <w:rFonts w:ascii="Arial" w:hAnsi="Arial"/>
          <w:sz w:val="19"/>
          <w:lang w:val="it-IT"/>
        </w:rPr>
        <w:t>Sarà svolta interamente al di fuori dell'orario di lavoro scolastico e senza l'utilizzo di beni, mezzi o attrezzature di proprietà dell'Istituto.</w:t>
      </w:r>
    </w:p>
    <w:p w:rsidR="00AF6CD3" w:rsidRPr="002248D6" w:rsidRDefault="00000000">
      <w:pPr>
        <w:rPr>
          <w:lang w:val="it-IT"/>
        </w:rPr>
      </w:pPr>
      <w:r w:rsidRPr="002248D6">
        <w:rPr>
          <w:rFonts w:ascii="Arial" w:hAnsi="Arial"/>
          <w:b/>
          <w:sz w:val="19"/>
          <w:lang w:val="it-IT"/>
        </w:rPr>
        <w:t xml:space="preserve">4. Normativa sulle Lezioni Private (per Docenti): </w:t>
      </w:r>
      <w:r w:rsidRPr="002248D6">
        <w:rPr>
          <w:rFonts w:ascii="Arial" w:hAnsi="Arial"/>
          <w:sz w:val="19"/>
          <w:lang w:val="it-IT"/>
        </w:rPr>
        <w:t xml:space="preserve">Nel caso di lezioni private, non saranno impartite ad alunni frequentanti la propria scuola e si provvederà ad informare tempestivamente il Dirigente Scolastico (art. 508 </w:t>
      </w:r>
      <w:proofErr w:type="spellStart"/>
      <w:r w:rsidRPr="002248D6">
        <w:rPr>
          <w:rFonts w:ascii="Arial" w:hAnsi="Arial"/>
          <w:sz w:val="19"/>
          <w:lang w:val="it-IT"/>
        </w:rPr>
        <w:t>D.Lgs.</w:t>
      </w:r>
      <w:proofErr w:type="spellEnd"/>
      <w:r w:rsidRPr="002248D6">
        <w:rPr>
          <w:rFonts w:ascii="Arial" w:hAnsi="Arial"/>
          <w:sz w:val="19"/>
          <w:lang w:val="it-IT"/>
        </w:rPr>
        <w:t xml:space="preserve"> 297/1994).</w:t>
      </w:r>
    </w:p>
    <w:p w:rsidR="00AF6CD3" w:rsidRPr="002248D6" w:rsidRDefault="00000000">
      <w:pPr>
        <w:rPr>
          <w:lang w:val="it-IT"/>
        </w:rPr>
      </w:pPr>
      <w:r w:rsidRPr="002248D6">
        <w:rPr>
          <w:rFonts w:ascii="Arial" w:hAnsi="Arial"/>
          <w:b/>
          <w:sz w:val="19"/>
          <w:lang w:val="it-IT"/>
        </w:rPr>
        <w:t xml:space="preserve">5. Compatibilità con la Libera Professione: </w:t>
      </w:r>
      <w:r w:rsidRPr="002248D6">
        <w:rPr>
          <w:rFonts w:ascii="Arial" w:hAnsi="Arial"/>
          <w:sz w:val="19"/>
          <w:lang w:val="it-IT"/>
        </w:rPr>
        <w:t>L'esercizio della libera professione non è di pregiudizio all'assiduità e all'efficienza nell'insegnamento/servizio e risulta coerente con la disciplina insegnata / qualifica rivestita.</w:t>
      </w:r>
    </w:p>
    <w:p w:rsidR="00AF6CD3" w:rsidRPr="002248D6" w:rsidRDefault="00000000">
      <w:pPr>
        <w:rPr>
          <w:lang w:val="it-IT"/>
        </w:rPr>
      </w:pPr>
      <w:r w:rsidRPr="002248D6">
        <w:rPr>
          <w:rFonts w:ascii="Arial" w:hAnsi="Arial"/>
          <w:b/>
          <w:sz w:val="19"/>
          <w:lang w:val="it-IT"/>
        </w:rPr>
        <w:t xml:space="preserve">6. Obbligo di Comunicazione dei Compensi: </w:t>
      </w:r>
      <w:r w:rsidRPr="002248D6">
        <w:rPr>
          <w:rFonts w:ascii="Arial" w:hAnsi="Arial"/>
          <w:sz w:val="19"/>
          <w:lang w:val="it-IT"/>
        </w:rPr>
        <w:t xml:space="preserve">Si impegna a comunicare all'Istituto, entro i termini di legge, i compensi effettivamente percepiti per gli adempimenti Anagrafe delle Prestazioni (art. 53, c. 11, </w:t>
      </w:r>
      <w:proofErr w:type="spellStart"/>
      <w:r w:rsidRPr="002248D6">
        <w:rPr>
          <w:rFonts w:ascii="Arial" w:hAnsi="Arial"/>
          <w:sz w:val="19"/>
          <w:lang w:val="it-IT"/>
        </w:rPr>
        <w:t>D.Lgs.</w:t>
      </w:r>
      <w:proofErr w:type="spellEnd"/>
      <w:r w:rsidRPr="002248D6">
        <w:rPr>
          <w:rFonts w:ascii="Arial" w:hAnsi="Arial"/>
          <w:sz w:val="19"/>
          <w:lang w:val="it-IT"/>
        </w:rPr>
        <w:t xml:space="preserve"> 165/2001).</w:t>
      </w:r>
    </w:p>
    <w:p w:rsidR="00AF6CD3" w:rsidRPr="002248D6" w:rsidRDefault="00000000">
      <w:pPr>
        <w:spacing w:before="400"/>
        <w:rPr>
          <w:lang w:val="it-IT"/>
        </w:rPr>
      </w:pPr>
      <w:r w:rsidRPr="002248D6">
        <w:rPr>
          <w:rFonts w:ascii="Arial" w:hAnsi="Arial"/>
          <w:sz w:val="20"/>
          <w:lang w:val="it-IT"/>
        </w:rPr>
        <w:lastRenderedPageBreak/>
        <w:t>Luogo e Data: ______________________, ___/___/2026</w:t>
      </w:r>
      <w:r w:rsidRPr="002248D6">
        <w:rPr>
          <w:lang w:val="it-IT"/>
        </w:rPr>
        <w:t xml:space="preserve">                              </w:t>
      </w:r>
      <w:r w:rsidRPr="002248D6">
        <w:rPr>
          <w:rFonts w:ascii="Arial" w:hAnsi="Arial"/>
          <w:sz w:val="20"/>
          <w:lang w:val="it-IT"/>
        </w:rPr>
        <w:t>Firma del Richiedente: _____________________________________</w:t>
      </w:r>
    </w:p>
    <w:p w:rsidR="00AF6CD3" w:rsidRPr="002248D6" w:rsidRDefault="00000000">
      <w:pPr>
        <w:spacing w:before="500"/>
        <w:jc w:val="center"/>
        <w:rPr>
          <w:lang w:val="it-IT"/>
        </w:rPr>
      </w:pPr>
      <w:r w:rsidRPr="002248D6">
        <w:rPr>
          <w:rFonts w:ascii="Arial" w:hAnsi="Arial"/>
          <w:b/>
          <w:color w:val="1A365D"/>
          <w:lang w:val="it-IT"/>
        </w:rPr>
        <w:t>PROVVEDIMENTO DEL DIRIGENTE SCOLASTICO</w:t>
      </w:r>
    </w:p>
    <w:p w:rsidR="00AF6CD3" w:rsidRPr="002248D6" w:rsidRDefault="00000000">
      <w:pPr>
        <w:rPr>
          <w:lang w:val="it-IT"/>
        </w:rPr>
      </w:pPr>
      <w:r w:rsidRPr="002248D6">
        <w:rPr>
          <w:rFonts w:ascii="Arial" w:hAnsi="Arial"/>
          <w:b/>
          <w:sz w:val="20"/>
          <w:lang w:val="it-IT"/>
        </w:rPr>
        <w:t>IL DIRIGENTE SCOLASTICO</w:t>
      </w:r>
      <w:r w:rsidRPr="002248D6">
        <w:rPr>
          <w:rFonts w:ascii="Arial" w:hAnsi="Arial"/>
          <w:b/>
          <w:sz w:val="20"/>
          <w:lang w:val="it-IT"/>
        </w:rPr>
        <w:br/>
      </w:r>
      <w:r w:rsidRPr="002248D6">
        <w:rPr>
          <w:rFonts w:ascii="Arial" w:hAnsi="Arial"/>
          <w:sz w:val="18"/>
          <w:lang w:val="it-IT"/>
        </w:rPr>
        <w:t xml:space="preserve">Visto l'art. 53 del </w:t>
      </w:r>
      <w:proofErr w:type="spellStart"/>
      <w:r w:rsidRPr="002248D6">
        <w:rPr>
          <w:rFonts w:ascii="Arial" w:hAnsi="Arial"/>
          <w:sz w:val="18"/>
          <w:lang w:val="it-IT"/>
        </w:rPr>
        <w:t>D.Lgs.</w:t>
      </w:r>
      <w:proofErr w:type="spellEnd"/>
      <w:r w:rsidRPr="002248D6">
        <w:rPr>
          <w:rFonts w:ascii="Arial" w:hAnsi="Arial"/>
          <w:sz w:val="18"/>
          <w:lang w:val="it-IT"/>
        </w:rPr>
        <w:t xml:space="preserve"> 165/2001 e </w:t>
      </w:r>
      <w:proofErr w:type="spellStart"/>
      <w:r w:rsidRPr="002248D6">
        <w:rPr>
          <w:rFonts w:ascii="Arial" w:hAnsi="Arial"/>
          <w:sz w:val="18"/>
          <w:lang w:val="it-IT"/>
        </w:rPr>
        <w:t>s.m.i.</w:t>
      </w:r>
      <w:proofErr w:type="spellEnd"/>
      <w:r w:rsidRPr="002248D6">
        <w:rPr>
          <w:rFonts w:ascii="Arial" w:hAnsi="Arial"/>
          <w:sz w:val="18"/>
          <w:lang w:val="it-IT"/>
        </w:rPr>
        <w:t>;</w:t>
      </w:r>
      <w:r w:rsidRPr="002248D6">
        <w:rPr>
          <w:rFonts w:ascii="Arial" w:hAnsi="Arial"/>
          <w:sz w:val="18"/>
          <w:lang w:val="it-IT"/>
        </w:rPr>
        <w:br/>
        <w:t xml:space="preserve">Visto l'art. 508 del </w:t>
      </w:r>
      <w:proofErr w:type="spellStart"/>
      <w:r w:rsidRPr="002248D6">
        <w:rPr>
          <w:rFonts w:ascii="Arial" w:hAnsi="Arial"/>
          <w:sz w:val="18"/>
          <w:lang w:val="it-IT"/>
        </w:rPr>
        <w:t>D.Lgs.</w:t>
      </w:r>
      <w:proofErr w:type="spellEnd"/>
      <w:r w:rsidRPr="002248D6">
        <w:rPr>
          <w:rFonts w:ascii="Arial" w:hAnsi="Arial"/>
          <w:sz w:val="18"/>
          <w:lang w:val="it-IT"/>
        </w:rPr>
        <w:t xml:space="preserve"> 297/1994;</w:t>
      </w:r>
      <w:r w:rsidRPr="002248D6">
        <w:rPr>
          <w:rFonts w:ascii="Arial" w:hAnsi="Arial"/>
          <w:sz w:val="18"/>
          <w:lang w:val="it-IT"/>
        </w:rPr>
        <w:br/>
        <w:t>Vista la richiesta presentata dal/dalla dipendente ________________________________________ in data ___/___/2026;</w:t>
      </w:r>
      <w:r w:rsidRPr="002248D6">
        <w:rPr>
          <w:rFonts w:ascii="Arial" w:hAnsi="Arial"/>
          <w:sz w:val="18"/>
          <w:lang w:val="it-IT"/>
        </w:rPr>
        <w:br/>
        <w:t>Verificata la sussistenza delle condizioni di compatibilità, assenza di conflitto di interessi e regolarità del servizio scolastico;</w:t>
      </w:r>
      <w:r w:rsidRPr="002248D6">
        <w:rPr>
          <w:rFonts w:ascii="Arial" w:hAnsi="Arial"/>
          <w:sz w:val="18"/>
          <w:lang w:val="it-IT"/>
        </w:rPr>
        <w:br/>
      </w:r>
      <w:r w:rsidRPr="002248D6">
        <w:rPr>
          <w:rFonts w:ascii="Arial" w:hAnsi="Arial"/>
          <w:sz w:val="18"/>
          <w:lang w:val="it-IT"/>
        </w:rPr>
        <w:br/>
      </w:r>
    </w:p>
    <w:p w:rsidR="00AF6CD3" w:rsidRPr="002248D6" w:rsidRDefault="00000000">
      <w:pPr>
        <w:jc w:val="center"/>
        <w:rPr>
          <w:lang w:val="it-IT"/>
        </w:rPr>
      </w:pPr>
      <w:r w:rsidRPr="002248D6">
        <w:rPr>
          <w:rFonts w:ascii="Arial" w:hAnsi="Arial"/>
          <w:b/>
          <w:lang w:val="it-IT"/>
        </w:rPr>
        <w:t>DECRETA</w:t>
      </w:r>
    </w:p>
    <w:p w:rsidR="00AF6CD3" w:rsidRPr="002248D6" w:rsidRDefault="00000000">
      <w:pPr>
        <w:rPr>
          <w:lang w:val="it-IT"/>
        </w:rPr>
      </w:pPr>
      <w:r w:rsidRPr="002248D6">
        <w:rPr>
          <w:rFonts w:ascii="Arial" w:hAnsi="Arial"/>
          <w:sz w:val="19"/>
          <w:lang w:val="it-IT"/>
        </w:rPr>
        <w:t>[  ] AUTORIZZA il/la dipendente allo svolgimento dell'attività / incarico richiesto, nei termini e con le modalità descritte nella presente istanza.</w:t>
      </w:r>
      <w:r w:rsidRPr="002248D6">
        <w:rPr>
          <w:rFonts w:ascii="Arial" w:hAnsi="Arial"/>
          <w:sz w:val="19"/>
          <w:lang w:val="it-IT"/>
        </w:rPr>
        <w:br/>
        <w:t>[  ] NON AUTORIZZA per le seguenti motivazioni: __________________________________________________________________________________________________</w:t>
      </w:r>
      <w:r w:rsidRPr="002248D6">
        <w:rPr>
          <w:rFonts w:ascii="Arial" w:hAnsi="Arial"/>
          <w:sz w:val="19"/>
          <w:lang w:val="it-IT"/>
        </w:rPr>
        <w:br/>
      </w:r>
    </w:p>
    <w:p w:rsidR="00AF6CD3" w:rsidRPr="002248D6" w:rsidRDefault="00000000">
      <w:pPr>
        <w:spacing w:before="300"/>
        <w:rPr>
          <w:lang w:val="it-IT"/>
        </w:rPr>
      </w:pPr>
      <w:r w:rsidRPr="002248D6">
        <w:rPr>
          <w:rFonts w:ascii="Arial" w:hAnsi="Arial"/>
          <w:sz w:val="19"/>
          <w:lang w:val="it-IT"/>
        </w:rPr>
        <w:t>Prot. n. ________________________</w:t>
      </w:r>
      <w:r w:rsidRPr="002248D6">
        <w:rPr>
          <w:rFonts w:ascii="Arial" w:hAnsi="Arial"/>
          <w:sz w:val="19"/>
          <w:lang w:val="it-IT"/>
        </w:rPr>
        <w:br/>
        <w:t>Data: ___/___/2026</w:t>
      </w:r>
      <w:r w:rsidRPr="002248D6">
        <w:rPr>
          <w:lang w:val="it-IT"/>
        </w:rPr>
        <w:t xml:space="preserve">                                                  </w:t>
      </w:r>
      <w:r w:rsidRPr="002248D6">
        <w:rPr>
          <w:rFonts w:ascii="Arial" w:hAnsi="Arial"/>
          <w:sz w:val="19"/>
          <w:lang w:val="it-IT"/>
        </w:rPr>
        <w:t>IL DIRIGENTE SCOLASTICO</w:t>
      </w:r>
      <w:r w:rsidRPr="002248D6">
        <w:rPr>
          <w:rFonts w:ascii="Arial" w:hAnsi="Arial"/>
          <w:sz w:val="19"/>
          <w:lang w:val="it-IT"/>
        </w:rPr>
        <w:br/>
        <w:t>___________________________________</w:t>
      </w:r>
    </w:p>
    <w:sectPr w:rsidR="00AF6CD3" w:rsidRPr="002248D6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2800378">
    <w:abstractNumId w:val="8"/>
  </w:num>
  <w:num w:numId="2" w16cid:durableId="1830975739">
    <w:abstractNumId w:val="6"/>
  </w:num>
  <w:num w:numId="3" w16cid:durableId="1189178811">
    <w:abstractNumId w:val="5"/>
  </w:num>
  <w:num w:numId="4" w16cid:durableId="1326783630">
    <w:abstractNumId w:val="4"/>
  </w:num>
  <w:num w:numId="5" w16cid:durableId="1531262690">
    <w:abstractNumId w:val="7"/>
  </w:num>
  <w:num w:numId="6" w16cid:durableId="1366059755">
    <w:abstractNumId w:val="3"/>
  </w:num>
  <w:num w:numId="7" w16cid:durableId="1441535901">
    <w:abstractNumId w:val="2"/>
  </w:num>
  <w:num w:numId="8" w16cid:durableId="1056198888">
    <w:abstractNumId w:val="1"/>
  </w:num>
  <w:num w:numId="9" w16cid:durableId="1498960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248D6"/>
    <w:rsid w:val="0029639D"/>
    <w:rsid w:val="00326F90"/>
    <w:rsid w:val="00AA1D8D"/>
    <w:rsid w:val="00AF6CD3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3AECE8"/>
  <w14:defaultImageDpi w14:val="300"/>
  <w15:docId w15:val="{4151ED35-6F02-574C-B5E9-A21A87B1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2</cp:revision>
  <dcterms:created xsi:type="dcterms:W3CDTF">2026-08-07T08:13:00Z</dcterms:created>
  <dcterms:modified xsi:type="dcterms:W3CDTF">2026-08-07T08:13:00Z</dcterms:modified>
  <cp:category/>
</cp:coreProperties>
</file>